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GODWIN BENEDICT</w:t>
      </w:r>
    </w:p>
    <w:p>
      <w:r>
        <w:t>+234 9157274227 | godwinbenedict10@gmail.com</w:t>
        <w:br/>
        <w:t>https://x.com/frbenn_icl | https://github.com/mustang007-hot</w:t>
        <w:br/>
        <w:t>Lagos, Nigeria</w:t>
      </w:r>
    </w:p>
    <w:p>
      <w:pPr>
        <w:pStyle w:val="Heading2"/>
      </w:pPr>
      <w:r>
        <w:t>PROFESSIONAL SUMMARY</w:t>
      </w:r>
    </w:p>
    <w:p>
      <w:r>
        <w:t>Detail-oriented Data Analyst and Business Analyst with strong analytical and problem-solving skills. Proficient in transforming raw data into actionable insights through data cleaning, visualization, and statistical modeling. Experienced with Python, SQL, Excel, and Power BI to drive data-driven decisions. Passionate about leveraging data to improve business outcomes and tell compelling stories through dashboards and reports.</w:t>
      </w:r>
    </w:p>
    <w:p>
      <w:pPr>
        <w:pStyle w:val="Heading2"/>
      </w:pPr>
      <w:r>
        <w:t>TECHNICAL SKILLS</w:t>
      </w:r>
    </w:p>
    <w:p>
      <w:r>
        <w:t>• SQL (SQL Server, MySQL) — Database querying, joins, subqueries, data manipulation</w:t>
        <w:br/>
        <w:t>• Python (Pandas, NumPy, Matplotlib, Scikit-learn) — Data analysis, visualization, and machine learning</w:t>
        <w:br/>
        <w:t>• Excel — Data cleaning, pivot tables, VLOOKUP/XLOOKUP, conditional formatting, and reporting</w:t>
        <w:br/>
        <w:t>• Microsoft Power BI — Data modeling, DAX, Power Query, dashboard storytelling</w:t>
      </w:r>
    </w:p>
    <w:p>
      <w:pPr>
        <w:pStyle w:val="Heading2"/>
      </w:pPr>
      <w:r>
        <w:t>TOOLS &amp; TECHNOLOGIES</w:t>
      </w:r>
    </w:p>
    <w:p>
      <w:r>
        <w:t>Power BI | Excel | Python | SQL | GitHub | Jupyter Notebook | Kaggle | Microsoft Office Suite</w:t>
      </w:r>
    </w:p>
    <w:p>
      <w:pPr>
        <w:pStyle w:val="Heading2"/>
      </w:pPr>
      <w:r>
        <w:t>SOFT SKILLS</w:t>
      </w:r>
    </w:p>
    <w:p>
      <w:r>
        <w:t>Analytical Thinking | Problem Solving | Teamwork | Business Intelligence | Communication | Critical Thinking</w:t>
      </w:r>
    </w:p>
    <w:p>
      <w:pPr>
        <w:pStyle w:val="Heading2"/>
      </w:pPr>
      <w:r>
        <w:t>PROJECTS</w:t>
      </w:r>
    </w:p>
    <w:p>
      <w:pPr>
        <w:pStyle w:val="ListBullet"/>
      </w:pPr>
      <w:r>
        <w:t>Music Recommendation System – Personal Project</w:t>
      </w:r>
    </w:p>
    <w:p>
      <w:r>
        <w:t>• Developed a machine learning model using Python to recommend music preferences based on user behavior data.</w:t>
        <w:br/>
        <w:t>• Performed data manipulation and analysis with Pandas and visualized trends using Matplotlib.</w:t>
        <w:br/>
        <w:t>• Implemented K-Nearest Neighbors (KNN) for modeling and saved the trained model using Joblib.</w:t>
      </w:r>
    </w:p>
    <w:p>
      <w:pPr>
        <w:pStyle w:val="ListBullet"/>
      </w:pPr>
      <w:r>
        <w:t>Superstore Sales Dashboard – Personal Project</w:t>
      </w:r>
    </w:p>
    <w:p>
      <w:r>
        <w:t>• Built an interactive dashboard in Power BI to analyze sales performance and identify top-selling products.</w:t>
        <w:br/>
        <w:t>• Cleaned and transformed raw data using Power Query, DAX, and Excel to ensure data accuracy.</w:t>
        <w:br/>
        <w:t>• Delivered insights and visual reports to improve business decision-making and marketing focus.</w:t>
      </w:r>
    </w:p>
    <w:p>
      <w:pPr>
        <w:pStyle w:val="ListBullet"/>
      </w:pPr>
      <w:r>
        <w:t>Bank Churn Analysis – Personal Project</w:t>
      </w:r>
    </w:p>
    <w:p>
      <w:r>
        <w:t>• Conducted exploratory data analysis (EDA) on bank churn data sourced from Kaggle using Excel and Python.</w:t>
        <w:br/>
        <w:t>• Identified customer demographics contributing to high churn rates and visualized findings.</w:t>
        <w:br/>
        <w:t>• Provided actionable recommendations to improve customer retention strategies.</w:t>
      </w:r>
    </w:p>
    <w:p>
      <w:pPr>
        <w:pStyle w:val="Heading2"/>
      </w:pPr>
      <w:r>
        <w:t>CERTIFICATIONS</w:t>
      </w:r>
    </w:p>
    <w:p>
      <w:r>
        <w:t>Think Like an Analyst – Maven Analytics (October 2025)</w:t>
      </w:r>
    </w:p>
    <w:p>
      <w:pPr>
        <w:pStyle w:val="Heading2"/>
      </w:pPr>
      <w:r>
        <w:t>EDUCATION</w:t>
      </w:r>
    </w:p>
    <w:p>
      <w:r>
        <w:t>Bachelor of Engineering (B.Eng), Lagos State University of Science and Technology – Ikorodu, Lagos</w:t>
        <w:br/>
        <w:t>January 2023 – Present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